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myšlienkových máp v kombinácii s modelom učenia sa na základe prípadových štúdií s využitím simulovaných klinických prípadov vo vzdelávaní sestier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hodnotila účinnosť modelu prípadového učenia založeného na integrovanom mapovaní mysle (CBL) s využitím simulovaných klinických prípadov vo vzdelávaní sestier. Zaradili sa 100 študentov ošetrovateľstva z lekárskej fakulty od januára 2022 do januára 2024, rozdelených na kontrolnú skupinu s tradičným vyučovaním a výskumnú skupinu s CBL (po 50 študentov). Po intervencii výskumná skupina dosiahla výrazne vyššie skóre teoretických vedomostí (z = 7,560) a praktických ošetrovateľských zručností (z = 7,68). V kognitívnych výsledkoch preukázala lepší výkon v kritickom myslení, myslení založenom na dôkazoch a systematickom myslení (z = 4,149; 4,525; 4,181; P &lt; 0,05). Výskumná skupina mala významné zlepšenia v samostatnom učení, motivácii k učeniu a klinickej aplikácii vedomostí (z = 4,651; 5,396; 6,032; P &lt; 0,05). Celková spokojnosť s vyučovaním bola vyššia vo výskumnej skupine (χ² = 8,274; P &lt; 0,05). Model CBL s mapovaním mysle zlepšuje teoretické znalosti, praktické zručnosti, klinické myslenie a spokojnosť študentov.</w:t>
      </w:r>
    </w:p>
    <w:p/>
    <w:p>
      <w:pPr>
        <w:jc w:val="center"/>
      </w:pPr>
      <w:r>
        <w:t>Vygenerované: 06.03.2026 07:00:32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