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Čas zmeniť školenie internej medicíny pre lekárov rezidentov v Spojenom kráľovstve</w:t>
      </w:r>
    </w:p>
    <w:p>
      <w:r>
        <w:t>Zdroj: The Lancet</w:t>
      </w:r>
    </w:p>
    <w:p>
      <w:r>
        <w:t>Publikované: 2026-03-06T23:30:01Z</w:t>
      </w:r>
    </w:p>
    <w:p/>
    <w:p>
      <w:pPr>
        <w:pStyle w:val="Heading1"/>
      </w:pPr>
      <w:r>
        <w:t>Súhrn</w:t>
      </w:r>
    </w:p>
    <w:p>
      <w:r>
        <w:t>Školenie v oblasti internej medicíny (IMT) je hlavnou vstupnou cestou k špecializácii lekárov v Spojenom kráľovstve. V 1. kole náboru IMT v roku 2026 sa do užšieho výberu v Anglicku, Severnom Írsku a Walese zvažovalo 8 251 žiadostí. Stredné skóre týchto žiadostí bolo 21 bodov z maxima 35 bodov, čo predstavuje nárast oproti 15 bodom v roku 2025. Skóre sa hodnotí samostatne vo všetkých oblastiach portfólia. V roku 2026 zahŕňa skóre ďalších päť bodov len pre uchádzačov o voľné pracovné miesto. Metriky užšieho výberu sa posúvajú nad rámec toho, čo možno v tejto kariérnej fáze rozumne očakávať.</w:t>
      </w:r>
    </w:p>
    <w:p/>
    <w:p>
      <w:pPr>
        <w:jc w:val="center"/>
      </w:pPr>
      <w:r>
        <w:t>Vygenerované: 13.03.2026 02:03:15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