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GLP-1 Drogy môžu predchádzať, liečiť viacnásobné závislosti</w:t>
      </w:r>
    </w:p>
    <w:p>
      <w:r>
        <w:t>Zdroj: MedPage Today</w:t>
      </w:r>
    </w:p>
    <w:p>
      <w:r>
        <w:t>Publikované: Thu, 05 Mar 2026 15:53:17 -0500</w:t>
      </w:r>
    </w:p>
    <w:p/>
    <w:p>
      <w:pPr>
        <w:pStyle w:val="Heading1"/>
      </w:pPr>
      <w:r>
        <w:t>Súhrn</w:t>
      </w:r>
    </w:p>
    <w:p>
      <w:r>
        <w:t>Začatie liečby agonistom GLP-1 receptora bolo spojené s nižším rizikom niekoľkých porúch užívania látok (SUD) u dospelých s diabetom 2. typu. Štúdia emulovala cieľovú štúdiu s použitím údajov o veteránoch. Týkala sa pacientov bez anamnézy SUD. GLP-1 lieky môžu predchádzať a liečiť viacnásobné závislosti. Výskum naznačuje pozitívny vplyv na závislosť od alkoholu a opiátov, hoci nie sú oficiálne schválené na tento účel.</w:t>
      </w:r>
    </w:p>
    <w:p/>
    <w:p>
      <w:pPr>
        <w:jc w:val="center"/>
      </w:pPr>
      <w:r>
        <w:t>Vygenerované: 05.03.2026 23:00:42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