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Terapie kmeňovými bunkami „dospievajú“ s dvoma podmienečnými schváleniami v Japonsku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nenachádza v poskytnutých výsledkoch vyhľadávania. Výsledky obsahujú články o transplantácii pankreatických ostrovčekov pri cukrovke, non-Hodgkinových lymfómoch, lesnej terapii a biotechnológiách, ale nie článok z časopisu Science z marca 2026 s názvom "Stem cell therapies 'come of age' with two conditional approvals in Japan". Aby som mohol vytvoriť presný a faktický súhrn podľa vašich požiadaviek, potrebujem prístup k úplnému textu tohto konkrétneho článku.</w:t>
      </w:r>
    </w:p>
    <w:p/>
    <w:p>
      <w:pPr>
        <w:jc w:val="center"/>
      </w:pPr>
      <w:r>
        <w:t>Vygenerované: 05.03.2026 21:07:23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