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Čínska inštitúcia odmieta drahé poplatky za otvorený prístup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Čínska akadémia vied (CAS), najväčšia výskumná inštitúcia na svete s viac ako 50 000 výskumníkmi v približne 100 inštitútach, plánuje od 1. marca zastaviť platby za publikovanie v viac ako 30 drahých open-access časopisoch.[1][2] Postihnuté sú najmä prestížne tituly ako Nature Communications, Cell Reports a Science Advances, kde poplatky za spracovanie článkov (APC) dosahujú najmenej 5000 dolárov za článok.[1][2][3] Globálny priemer APC je približne 2000 dolárov, preto niektoré iné open-access časopisy ako PLOS One či Scientific Reports zostávajú dostupné pre výskumníkov CAS.[1] Politikou sa zakáže používať fondy akadémie na tieto poplatky, pričom CAS zatiaľ oficiálne neoznámila zmenu.[1][2] Výskumníci dostali informácie od manažérov inštitúcií, hoci nie sú oprávnení o tom hovoriť verejne.[1][3] CAS každý rok vydáva „zoznam varovných časopisov“ pre vysoké poplatky alebo iné problémy.[2] Podobné opatrenia zavádzajú aj iné krajiny, napríklad Nemecká výskumná nadácia s hornou hranicou pre APC.[2]</w:t>
      </w:r>
    </w:p>
    <w:p/>
    <w:p>
      <w:pPr>
        <w:jc w:val="center"/>
      </w:pPr>
      <w:r>
        <w:t>Vygenerované: 05.03.2026 21:07:02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