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Americká výskumná agentúra obmedzuje zahraničných vedcov</w:t>
      </w:r>
    </w:p>
    <w:p>
      <w:r>
        <w:t>Zdroj: Science Magazine</w:t>
      </w:r>
    </w:p>
    <w:p>
      <w:r>
        <w:t>Publikované: 2026-03-05T07:00:10Z</w:t>
      </w:r>
    </w:p>
    <w:p/>
    <w:p>
      <w:pPr>
        <w:pStyle w:val="Heading1"/>
      </w:pPr>
      <w:r>
        <w:t>Súhrn</w:t>
      </w:r>
    </w:p>
    <w:p>
      <w:r>
        <w:t>Národný inštitút pre štandardy a technológiu (NIST) v USA zavádza nové bezpečnostné opatrenia, ktoré obmedzujú prístup zahraničných vedcov do svojich laboratórií.[1] Zahraniční výskumní pracovníci z krajín ako Čína, Rusko, Irán, Severná Kórea, Kuba, Venezuela a Sýria sú klasifikovaní ako vysokorizikoví a ich prístup do laboratórií bude preskúmaný do 31. marca, pričom môže byť ukončený, ak pracujú na NIST dlhšie ako tri roky alebo pracujú na citlivých projektoch ako kvantové technológie alebo umelá inteligencia.[1] Výskumní pracovníci z krajín s nižším rizikom by mohli stratiť prístup od septembra alebo decembra, ak budú na pracovisku dlhšie ako dva až tri roky.[1] Nové pravidlá obmedzujú maximálnu dobu pobytu zahraničných výskumných pracovníkov na tri roky, čo je problematické, pretože doktorandi zvyčajne potrebujú približne dvojnásobne dlhší čas na dokončenie svojho výskumu.[1] Vedci a pozorovatelia sa obávajú, že tieto zmeny by mohli priviesť k strate až 500 vysoko kvalifikovaných výskumných pracovníkov a zabrániť zahraničným študentom a postdoktorandom v dokončení ich doktorandských projektov.[1] Demokratickí zákonodarcovia vyzvali NIST na transparentnosť a zastavenie implementácie týchto zmien, kým sa Kongres nebude môcť vyjadriť k ich potrebnosti.[3]</w:t>
      </w:r>
    </w:p>
    <w:p/>
    <w:p>
      <w:pPr>
        <w:jc w:val="center"/>
      </w:pPr>
      <w:r>
        <w:t>Vygenerované: 05.03.2026 21:06:35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