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Umelá inteligencia a kvantum teraz riadia granty NSF, hovoria úradníci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Úradníci Národného vedeckého úradu Spojených štátov (NSF) uviedli, že umelá inteligencia a kvantové technológie teraz riadia prideľovanie grantov NSF. Článok vyšiel v časopise Science, zväzok 391, číslo 6789, strany 965-966, v marci 2026. V rozpočtovom roku FY26 sa investície NSF do AI zameriavajú na tri prepojené zložky: základný a translačný výskum AI, podporu vzdelávania a prístup k dátam a pokročilej výpočtovej infraštruktúre. NSF pokračuje v podpore Národných inštitútov výskumu AI, ktoré vznikli v roku 2019 ako národné centrá na univerzitách. Investície zahŕňajú základný výskum v oblasti strojového učenia, hlbokého učenia a technológií prirodzeného jazyka, ako aj aplikovaný výskum v oblastiach poľnohospodárstva, výroby, biotechnológie, dopravy a zdravotníctva. Kvantová oblasť Quantum Leap sa sústreďuje na využitie kvantovej mechaniky pre senzory, počítače, modelovanie a komunikáciu na atómovej úrovni. NSF 2026 Big Idea viaže výskum na 250. výročie USA a podporuje konvergentný výskum riešiaci spoločenské problémy.</w:t>
      </w:r>
    </w:p>
    <w:p/>
    <w:p>
      <w:pPr>
        <w:jc w:val="center"/>
      </w:pPr>
      <w:r>
        <w:t>Vygenerované: 05.03.2026 21:06:22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