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Poľsko: Žiadna krajina pre doktorandov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z časopisu Science (zväzok 391, číslo 6789, strany 998-999, marec 2026) s názvom „Poland: No country for PhD researchers“ (Poľsko: Žiadna krajina pre doktorandov) opisuje situáciu doktorandov v Poľsku. V článku sa uvádza, že Poľsko nie je priaznivé prostredie pre doktorandov kvôli nízkym štipendiám a obmedzeným príležitosťiam na výskum. Konkrétne sa spomínajú štipendiá v výške 30 000 PLN ročne v programe START, čo je nedostatočné na plnohodnotné venovanie sa vede. Dokonca aj zvýšenie doktorandského štipendia na 3300 PLN ročne (akademický rok 2025/2026) je považované za nedostatočné. Programy ako START 2026 a SONATINA 10 sú otvorené pre doktorandov a mladých výskumníkov s PhD získaným do 15. mája 2026, no výzvy majú uzávierky v októbri a novembri 2025. Článok poukazuje na to, že napriek existujúcim grantom (napr. START pre doktorandov pod 30 rokov s publikáciami) systém nepodporuje dostatočne mladých vedcov na medzinárodnej úrovni. Hlavným zistením je, že Poľsko stráca talenty kvôli nedostatočnému finančnému a inštitucionálnemu prostrediu pre doktorandov.[1][2][3][4]</w:t>
      </w:r>
    </w:p>
    <w:p/>
    <w:p>
      <w:pPr>
        <w:jc w:val="center"/>
      </w:pPr>
      <w:r>
        <w:t>Vygenerované: 05.03.2026 21:05:41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