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Nasávanie deštruktívnych signálov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Ľutujeme, ale nemôžeme vytvoriť súhrn požadovaného článku. Hľadané zdroje neobsahujú článok s názvom "Soaking up destructive signals" zo Science, zväzok 391, číslo 6789, strana 985-986, marec 2026. Dostupné výsledky obsahujú články o iných témach – neurónových signáloch, exoplanétach, slnečných búrkach a seizmických varovaniach – ale nie článok, ktorý ste špecifikovali. Aby sme mohli vytvoriť presný a faktický súhrn podľa vašich požiadaviek, potrebovali by sme prístup k konkrétnym informáciám z tohto článku.</w:t>
      </w:r>
    </w:p>
    <w:p/>
    <w:p>
      <w:pPr>
        <w:jc w:val="center"/>
      </w:pPr>
      <w:r>
        <w:t>Vygenerované: 05.03.2026 21:04:52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