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 iných časopisoch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s názvom „In Other Journals“ je publikovaný v časopise Science, zväzok 391, číslo 6789, strany 1001-1002, v marci 2026. Ide o sekciu „V iných časopisoch“. Science je online plnotextová verzia globálneho týždenníka o vede vydávaného AAAS. Od vydavateľa sú dostupné ďalšie tituly: Science Signaling o bunkovej signalizácii a regulačnej biológii a Science Translational Medicine spájajúci lekársku vedu s praxou. Science Signaling je top časopis o bunkovej signalizácii a regulačnej biológii. Science Translational Medicine je interdisciplinárny časopis na prepojenie medicíny, techniky a vedy pre podporu ľudského zdravia. Tieto zdroje sú dostupné cez portál Science Magazine Online od roku 1997. AAAS je medzinárodná nezisková organizácia na podporu vedy.[1]</w:t>
      </w:r>
    </w:p>
    <w:p/>
    <w:p>
      <w:pPr>
        <w:jc w:val="center"/>
      </w:pPr>
      <w:r>
        <w:t>Vygenerované: 05.03.2026 21:04:18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