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Zasadenie semena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Článok „Planting a seed“ publikovaný v Science (zväzok 391, číslo 6789, strana 1078, marec 2026) sa zaoberá základmi zakladania semien pre začiatočníkov v záhradníctve.[1][2] Odporúča sa vysievať jedno semeno do každej bunky nádoby a postupne ich pestovať vnútri.[1] Semená sa začínajú 6 až 8 týždňov pred priemerným dátumom posledného mrazu, pričom sa počíta spätne z kalendára.[2] Po vyklíčení treba sadenice zalievať, hnojiť a presádzať do väčších nádob podľa potreby.[1] Dôležitý je proces otužovania: prvý deň 1 hodinu v tieni, potom 5 až 7 hodín na slnku, postupne počas 7 až 8 dní, aby sa predišlo spáleniu.[1] Tento postup pripravuje sadenice na presádzanie do záhrady.[1][2]</w:t>
      </w:r>
    </w:p>
    <w:p/>
    <w:p>
      <w:pPr>
        <w:jc w:val="center"/>
      </w:pPr>
      <w:r>
        <w:t>Vygenerované: 05.03.2026 21:04:08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