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Demokratizácia ciest zmierňovania zmeny klímy pomocou modernizovaných stabilizačných klinov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Článok predstavuje modernizované stabilizačné kliny na demokratizáciu ciest zmierňovania zmeny klímy. Analyzuje stratégie integrovaných hodnotiacich modelov (IAMs), ktoré uprednostňujú technologické riešenia pred behaviorálnymi alebo založenými na prírode, s obmedzenou zhodu medzi modelmi.[7] Štúdia identifikuje praktické spôsoby začlenenia spravodlivosti a rovnosti do klimatických scenárov, berúc do úvahy nerovné zodpovednosti, kapacity a vývojové potreby regiónov.[1] Navrhuje cestovnú mapu na integráciu spravodlivosti do budúcich klimatických ciest prostredníctvom incrementálnych zlepšení, štrukturálnych reforiem a participatívnych prístupov.[1] Zdôrazňuje, že modely sú nástroje, ale nemôžu nahradiť negociácie ani morálne úsudky, a volá po transparentnosti, pluralizme a spoluvýrobe.[1] Klimatické scenáre ovplyvňujú rozdelenie záťaže a výhod klimatickej akcie, vrátane živobytia a medzigeneračnej spravodlivosti.[1] Bez spravodlivosti môžu technicky uskutočniteľné cesty zlyhať politicky, zatiaľ čo rovnostárske scenáre posilňujú dôveru a podporu.[1] Uverejnené v Science, zväzok 391, vydanie 6789, marec 2026.</w:t>
      </w:r>
    </w:p>
    <w:p/>
    <w:p>
      <w:pPr>
        <w:jc w:val="center"/>
      </w:pPr>
      <w:r>
        <w:t>Vygenerované: 05.03.2026 21:03:27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