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Nepravidelný hierarchicko-porézny polymér pre vysokovýkonnú mäkkú termoelektriku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Výskumný tím vyvinul novú metódu na výrobu nepravidelného hierarchicko-porézneho polymérneho materiálu s výnimočnými termoelektrickými vlastnosťami.[1][3] Materiál pozostáva z aerogélu Ag₂Se obalený polyimidovým (PI) polymérom, ktorý mu dodáva flexibilitu a mechanickú odolnosť.[1][3] Polyimidový povlak má hrúbku približne 10 až 20 nanometrov a zachováva elektrickú vodivosť aerogélu, pričom maximálna odchýlka meraných termoelektrických parametrov je len 3,6 percent.[3] Počas testov mechanickej odolnosti aerogél vykazoval počiatočné zníženie odporu o 12 percent na začiatku cyklu, ale potom si zachoval výnimočnú stabilitu s menej ako 3 percentnou variáciou počas 100 cyklov.[1][3] Materiál si zachoval takmer úplné obnovenie tvaru s minimálnou hysteréziou, čo ho robí vhodným pre flexibilnú elektroniku na zakrivených povrchoch.[1][3] Táto technológia otvára možnosti pre samozásobujúcu sa nositeľnú elektroniku a energetický zber z tepla.[1]</w:t>
      </w:r>
    </w:p>
    <w:p/>
    <w:p>
      <w:pPr>
        <w:jc w:val="center"/>
      </w:pPr>
      <w:r>
        <w:t>Vygenerované: 05.03.2026 21:02:28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