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Genomicky zladené terapie rakoviny len také dobré ako podporné dôkazy</w:t>
      </w:r>
    </w:p>
    <w:p>
      <w:r>
        <w:t>Zdroj: MedPage Today</w:t>
      </w:r>
    </w:p>
    <w:p>
      <w:r>
        <w:t>Publikované: Thu, 05 Mar 2026 12:31:47 -0500</w:t>
      </w:r>
    </w:p>
    <w:p/>
    <w:p>
      <w:pPr>
        <w:pStyle w:val="Heading1"/>
      </w:pPr>
      <w:r>
        <w:t>Súhrn</w:t>
      </w:r>
    </w:p>
    <w:p>
      <w:r>
        <w:t>Veľká multicentrická kohortová štúdia z Austrálie skúmala pacientov s pokročilými alebo refraktérnymi rakovinami liečených genomicky zhodnými terapiami. Pacienti mali lepšie celkové prežitie len vtedy, keď liečba mala podporu z prospektívnych štúdií. Genomicky zladené terapie rakoviny sú len také dobré ako podporné dôkazy. Štúdia ukázala, že bez takejto podpory neprinášajú výhodu v prežívaní. Výsledky zdôrazňujú dôležitosť kvalitných dôkazov pre efektívne využitie týchto terapií.</w:t>
      </w:r>
    </w:p>
    <w:p/>
    <w:p>
      <w:pPr>
        <w:jc w:val="center"/>
      </w:pPr>
      <w:r>
        <w:t>Vygenerované: 05.03.2026 20:00:59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