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Farmaceutická spoločnosť so zlatou stranou?</w:t>
      </w:r>
    </w:p>
    <w:p>
      <w:r>
        <w:t>Zdroj: STAT News</w:t>
      </w:r>
    </w:p>
    <w:p>
      <w:r>
        <w:t>Publikované: Thu, 05 Mar 2026 16:29:57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obsah článku s názvom "STAT+: A drug company with a side of gold?" (STAT+: Farmaceutická spoločnosť so zlatou stranou?). Výsledky vyhľadávania obsahujú iba informácie o spoločnosti STADA Slovakia a jej produktoch, nie obsah spomínaného článku. Aby som mohol vytvoriť presný a faktický súhrn v súlade s vašimi požiadavkami, potreboval by som mať k dispozícii úplný text daného článku.</w:t>
      </w:r>
    </w:p>
    <w:p/>
    <w:p>
      <w:pPr>
        <w:jc w:val="center"/>
      </w:pPr>
      <w:r>
        <w:t>Vygenerované: 05.03.2026 18:00:47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