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Pharmalittle: Čítame o nedostatkoch TrumpRx, Lilly zameraní na zamestnávateľov a ďalších</w:t>
      </w:r>
    </w:p>
    <w:p>
      <w:r>
        <w:t>Zdroj: STAT News</w:t>
      </w:r>
    </w:p>
    <w:p>
      <w:r>
        <w:t>Publikované: Thu, 05 Mar 2026 14:13:27 +0000</w:t>
      </w:r>
    </w:p>
    <w:p/>
    <w:p>
      <w:pPr>
        <w:pStyle w:val="Heading1"/>
      </w:pPr>
      <w:r>
        <w:t>Súhrn</w:t>
      </w:r>
    </w:p>
    <w:p>
      <w:r>
        <w:t>Mesiac po spustení platformy TrumpRx je na nej dostupných málo liekov.[1] Údaje o využívaní stránky zostávajú neznáme.[1] Platforma bola predstavená prezidentom Donaldom Trumpom ako iniciatíva na nákup predpisovaných liekov za nižšie ceny.[3][4] Na spustenie bolo dostupných viac ako 40 populárnych liekov, vrátane prípravkov na chudnutie ako Ozempic a Wegovy.[3][4][7] Ceny týchto liekov výrazne klesli: mesačná cena Ozempic z 1028 dolárov na priemerne 350 dolárov a Wegovy z 1349 dolárov na 199 dolárov alebo menej podľa dávky.[4] Ďalšie príklady zahŕňajú Cetrotide z 316 na 22,50 dolára a Ovidrel z 251 na 84 dolárov.[4] Používatelia si môžu na webe vyhľadať liek, vytlačiť kupón a uplatniť ho v lekárni.[3]</w:t>
      </w:r>
    </w:p>
    <w:p/>
    <w:p>
      <w:pPr>
        <w:jc w:val="center"/>
      </w:pPr>
      <w:r>
        <w:t>Vygenerované: 05.03.2026 16:00:58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