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Viac ako 50 lekárskych fakúlt rozšíri vzdelávanie o výžive po dohode s RFK Jr.</w:t>
      </w:r>
    </w:p>
    <w:p>
      <w:r>
        <w:t>Zdroj: STAT News</w:t>
      </w:r>
    </w:p>
    <w:p>
      <w:r>
        <w:t>Publikované: Thu, 05 Mar 2026 11:00:00 +0000</w:t>
      </w:r>
    </w:p>
    <w:p/>
    <w:p>
      <w:pPr>
        <w:pStyle w:val="Heading1"/>
      </w:pPr>
      <w:r>
        <w:t>Súhrn</w:t>
      </w:r>
    </w:p>
    <w:p>
      <w:r>
        <w:t>Viac ako 50 lekárskych fakúlt rozšíri vzdelávanie o výžive v súvislosti s dohodou s RFK Jr. Sekretár HHS Robert F. Kennedy Jr. nariadil univerzitám posilniť výučbu výživy v predmedicínskych programoch, na lekárskych fakultách a v rezidenčných programoch. Organizácie pre medicínske vzdelávanie majú dvoj týždňovú lehotu na predloženie plánov do 10. septembra, ktoré musia obsahovať rozsah, časový plán, štandardy, merateľné míľniky a opatrenia zodpovednosti. Podľa údajov študentov medicíny dostávajú priemerne len 1,2 hodiny formálneho vzdelávania o výžive ročne. Všetky lekárske školy v USA už vyžadujú nejakú formu výučby výživy, no nie je to dostatočné podľa Kennedyho a expertov. Kennedy uviedol, že lekárske fakulty o výžive hovoria, ale neučia ju, a žiada reformy na prevenciu chorôb namiesto len liečby. Niektoré školy ako Drexel University a Cooper Medical School at Rowan University už dlhodobo zahŕňajú výživu do osnov, napríklad 20 hodín výučby. Iniciatíva je súčasťou programu „Make America Healthy Again“ (MAHA).</w:t>
      </w:r>
    </w:p>
    <w:p/>
    <w:p>
      <w:pPr>
        <w:jc w:val="center"/>
      </w:pPr>
      <w:r>
        <w:t>Vygenerované: 05.03.2026 13:01:45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