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Gilead a Južná Afrika rokujú o licencii na miestnu výrobu nového lieku proti HIV</w:t>
      </w:r>
    </w:p>
    <w:p>
      <w:r>
        <w:t>Zdroj: STAT News</w:t>
      </w:r>
    </w:p>
    <w:p>
      <w:r>
        <w:t>Publikované: Thu, 05 Mar 2026 06:30:00 +0000</w:t>
      </w:r>
    </w:p>
    <w:p/>
    <w:p>
      <w:pPr>
        <w:pStyle w:val="Heading1"/>
      </w:pPr>
      <w:r>
        <w:t>Súhrn</w:t>
      </w:r>
    </w:p>
    <w:p>
      <w:r>
        <w:t>Gilead a Južná Afrika rokujú o licencii na miestnu výrobu nového lieku proti HIV.[1] Južná Afrika má najväčšiu záťaž HIV na svete s približne 8 miliónmi HIV pozitívnych ľudí, čo predstavuje 1 z 5 dospelých k minulému roku.[1] Tento nový liek je lenakapavir, ktorý sa podáva ako injekcia dvakrát ročne a znižuje riziko prenosu HIV o viac ako 99,9 percenta.[1][2] V prvej klinickej štúdii s viac ako 2 000 ženami v subsaharskej Afrike dosiahol 100-percentné zníženie infekcií oproti dennej pilulke Truvada.[1] V druhej štúdii s viac ako 2 000 mužmi a osobami rôznych rodových identít boli zaznamenané iba dva prípady nákazy s mierou prevencie 99,9 percenta.[1] Liek bol schválený FDA v USA pod názvom Yeztugo a EMA ho odporučila pre Európu pod názvom Yeytuo alebo Yeytuo.[1][2] Gilead plánuje povoliť lacné verzie v 120 chudobných krajinách s vysokou mierou HIV.[2]</w:t>
      </w:r>
    </w:p>
    <w:p/>
    <w:p>
      <w:pPr>
        <w:jc w:val="center"/>
      </w:pPr>
      <w:r>
        <w:t>Vygenerované: 05.03.2026 12:01:46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