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Cognito získa 105 miliónov dolárov na zariadenie na liečbu Alzheimerovej choroby</w:t>
      </w:r>
    </w:p>
    <w:p>
      <w:r>
        <w:t>Zdroj: STAT News</w:t>
      </w:r>
    </w:p>
    <w:p>
      <w:r>
        <w:t>Publikované: Thu, 05 Mar 2026 09:30:00 +0000</w:t>
      </w:r>
    </w:p>
    <w:p/>
    <w:p>
      <w:pPr>
        <w:pStyle w:val="Heading1"/>
      </w:pPr>
      <w:r>
        <w:t>Súhrn</w:t>
      </w:r>
    </w:p>
    <w:p>
      <w:r>
        <w:t>Spoločnosť Cognito získala 105 miliónov dolárov na vývoj svojho zariadenia na liečbu Alzheimerovej choroby. Firma momentálne čaká na výsledky skúšobných údajov. Tieto údaje majú presvedčiť americkú agentúru FDA, aby povolila použitie zariadenia. Financovanie podporí ďalší výskum a schvaľovací proces. Zariadenie je určené na terapiu pacientov s Alzheimerovou chorobou. Cognito dúfa v pozitívny verdikt regulačného orgánu na základe klinických výsledkov.[7]</w:t>
      </w:r>
    </w:p>
    <w:p/>
    <w:p>
      <w:pPr>
        <w:jc w:val="center"/>
      </w:pPr>
      <w:r>
        <w:t>Vygenerované: 05.03.2026 12:01:11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