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metód anestézie na nežiaduce kardiovaskulárne príhody počas bezbolestnej gastroskopie u krehkých starších pacientov: protokol štúdie pre prospektívnu kontrolovanú štúdiu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Táto štúdia skúma vplyv dvoch metód anestézie – sedácie midazolamom alebo propofolom – na nežiaduce kardiovaskulárne príhody počas bezbolestnej gastroskopie u krehkých starších pacientov. Ide o jednocentrovú, prospektívnu, randomizovanú, kontrolovanú a jednoducho zaslepenú štúdiu s 226 pacientmi vo veku ≥ 65 rokov, skóre FRAIL ≥ 3 a ASA II-III. Pacienti budú náhodne pridelení v pomere 1:1 do skupín so štandardizovanými protokolmi a monitorovaním. Primárnym cieľovým výsledkom je výskyt periprocedurálnych kardiovaskulárnych nežiaducich udalostí od začiatku endoskopie po prepustenie z postanestetickej starostlivosti. Sekundárne výsledky zahŕňajú nekardiovaskulárne nežiaduce udalosti, oneskorené komplikácie, pooperačnú bolesť, spokojnosť, doplnkové dávky liekov, čas do obnovenia vedomia, dýchacích ciest a motoriky. Krehkosť je u starších pacientov spojená so zvýšeným perioperačným kardiovaskulárnym rizikom a optimálna anestetická stratégia pre nich nie je známa. Štúdia je zaregistrovaná na ClinicalTrials.gov pod NCT06192082.</w:t>
      </w:r>
    </w:p>
    <w:p/>
    <w:p>
      <w:pPr>
        <w:jc w:val="center"/>
      </w:pPr>
      <w:r>
        <w:t>Vygenerované: 05.03.2026 07:45:29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