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Imunoinformatikou riadený návrh multiepitopovej vakcíny zameranej na PSMA, STEAP1 a B7H3 pre rakovinu prostaty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Štúdia navrhla multiepitopovú peptidovú vakcínu proti rakovine prostaty zameranú na biomarkery PSMA, STEAP1 a B7-H3, ktoré sú spojené s progresiou ochorenia. Použili imunoinformatiku na skríning epitopov antigénov a imunity, predikciu imunitnej odpovede, analýzu pokrytia HLA alel, molekulárne dokovanie a simulácie molekulárnej dynamiky. Vybrané epitopy zostavili do vakcínového konštruktu s adjuvansami a linkerami na zlepšenie imunitnej aktivácie a stability. Vakcína dosiahla globálne pokrytie HLA alel na úrovni 97,51 %. Konštrukt preukázal silnú väzbovú afinitu k B-bunkovým receptorom a MHC molekulám. Simulácie molekulárnej dynamiky potvrdili priaznivú štrukturálnu stabilitu. Výsledky boli validované.</w:t>
      </w:r>
    </w:p>
    <w:p/>
    <w:p>
      <w:pPr>
        <w:jc w:val="center"/>
      </w:pPr>
      <w:r>
        <w:t>Vygenerované: 05.03.2026 07:01:52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