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Prevalencia, výskyt a rizikové faktory zrakového postihnutia u pacientov s exsudatívnou vekom podmienenou degeneráciou makuly: celoštátna populačná štúdia v Kórei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analyzovala 147 406 pacientov s novodiagnostikovanou exsudatívnou vekom podmienenou degeneráciou makuly (AMD) v Kórei v rokoch 2009–2023. Prevalencia zrakového postihnutia v roku 2023 bola 4,82 % a celková miera výskytu 12,18 na 1 000 osoborokov. Po 8 rokoch bola kumulatívna pravdepodobnosť monokulárneho zrakového postihnutia 4,8 % (95 % CI, 4,6–5,1) a binokulárneho 4,4 % (95 % CI, 4,1–4,7). Priemerné trvanie od diagnózy po zrakové postihnutie bolo 3,3 ± 2,6 roka. Riziko stúpalo so starším vekom (HR 1,38; 95 % CI 1,35–1,42), nižším príjmom (HR 1,06; 95 % CI 1,05–1,08), ženským pohlavím (HR 1,41; 95 % CI 1,35–1,47), diabetickou retinopatiou (HR 1,16; 95 % CI 1,08–1,25), glaukómom vyžadujúcim vitrektómiu (HR 1,10; 95 % CI 1,05–1,15) a závažnou AMD (HR 3,14; 95 % CI 2,63–3,75). U pacientov s nedávnou diagnózou klesal výskyt zrakového postihnutia o 0,25 % za rok (p &lt; 0,001). Záver zdôrazňuje potrebu lepšej adherencie k anti-VEGF liečbe a spravodlivého prístupu k starostlivosti.</w:t>
      </w:r>
    </w:p>
    <w:p/>
    <w:p>
      <w:pPr>
        <w:jc w:val="center"/>
      </w:pPr>
      <w:r>
        <w:t>Vygenerované: 05.03.2026 07:01:14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