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Myšlienka z OR</w:t>
      </w:r>
    </w:p>
    <w:p>
      <w:r>
        <w:t>Zdroj: Email Newsletter</w:t>
      </w:r>
    </w:p>
    <w:p>
      <w:r>
        <w:t>Publikované: Thu, 05 Mar 2026 00:45:13 +0000 (UTC)</w:t>
      </w:r>
    </w:p>
    <w:p/>
    <w:p>
      <w:pPr>
        <w:pStyle w:val="Heading1"/>
      </w:pPr>
      <w:r>
        <w:t>Súhrn</w:t>
      </w:r>
    </w:p>
    <w:p>
      <w:r>
        <w:t>informácií z textu "A Thought From the OR": Text opisuje situáciu na operačnej sále, kde rezident ošetroval pacienta počas revízie bedrového kĺbu. Pacient mal hypotenziu a dostával norepinefrín. Autor sa spýtal na dávkovanie lieku, ale prítomní nevedeli odpovedať. Autor použil aplikáciu Anesthesia Assistant, ktorá okamžite vypočítala dávku norepinefrínu pre pacienta. Tento príklad ilustruje praktickú hodnotu umelej inteligencie (AI) v medicíne. AI dokáže rýchlo analyzovať dáta a poskytovať presné odpovede. Autor zdôrazňuje, že AI medicínu pretvára, ale nenahrádza lekárov, pretože stroje nedokážu pochopiť kontext, zvážiť klinickú neistotu a nahradiť dôveru medzi lekárom a pacientom. Aplikácia Anesthesia Assistant od NYSORA je založená na overených lekárskych poznatkoch.</w:t>
      </w:r>
    </w:p>
    <w:p/>
    <w:p>
      <w:pPr>
        <w:jc w:val="center"/>
      </w:pPr>
      <w:r>
        <w:t>Vygenerované: 05.03.2026 02:01:00</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