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Ob/Gyn reaguje na Snookiho rakovinu; Doktor bojuje s anestéziou; Sniffing Out Diabetes</w:t>
      </w:r>
    </w:p>
    <w:p>
      <w:r>
        <w:t>Zdroj: MedPage Today</w:t>
      </w:r>
    </w:p>
    <w:p>
      <w:r>
        <w:t>Publikované: Thu, 05 Mar 2026 16:54:19 -0500</w:t>
      </w:r>
    </w:p>
    <w:p/>
    <w:p>
      <w:pPr>
        <w:pStyle w:val="Heading1"/>
      </w:pPr>
      <w:r>
        <w:t>Súhrn</w:t>
      </w:r>
    </w:p>
    <w:p>
      <w:r>
        <w:t>Nicole „Snooki“ Polizzi bola diagnostikovaná rakovina děložního čípku v 1. stadiu, konkrétně adenokarcinóm. Tuto informáciu oznámila verejne a bola pri tom viditeľne dojatá. Obgyn s prezývkou @thevagdoc uviedol, že jej prípad zachránil veľa žien, ktoré by sa inak vyhli skríningu. Článok obsahuje odkazy na sociálne siete ako Bluesky, X, TikTok, Instagram, Facebook a LinkedIn. Zahŕňa aj témy „Doktor bojuje s anestéziou“ a „Sniffing Out Diabetes“. Nicole Polizzi je americká televízna hviezda z relácie Jersey Shore. Narodila sa 23. novembra 1987 v Santiagu v Čile.</w:t>
      </w:r>
    </w:p>
    <w:p/>
    <w:p>
      <w:pPr>
        <w:jc w:val="center"/>
      </w:pPr>
      <w:r>
        <w:t>Vygenerované: 06.03.2026 00:00:39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