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Miliónom ľudí trpiacich bolesťami kĺbov a artrózou chýba najúčinnejšia liečba</w:t>
      </w:r>
    </w:p>
    <w:p>
      <w:r>
        <w:t>Zdroj: ScienceDaily Health</w:t>
      </w:r>
    </w:p>
    <w:p>
      <w:r>
        <w:t>Publikované: Wed, 04 Mar 2026 16:35:02 EST</w:t>
      </w:r>
    </w:p>
    <w:p/>
    <w:p>
      <w:pPr>
        <w:pStyle w:val="Heading1"/>
      </w:pPr>
      <w:r>
        <w:t>Súhrn</w:t>
      </w:r>
    </w:p>
    <w:p>
      <w:r>
        <w:t>Miliónom ľudí trpiacich bolesťami kĺbov a osteoartrózou chýba najúčinnejšia liečba, ktorou je cvičenie. Osteoartróza postihuje takmer 600 miliónov ľudí na svete a potenciálne až miliardu do roku 2050. Stuhnuté kolená a boľavé boky nie sú nevyhnutnou súčasťou starnutia. Pohyb vyživuje chrupavku, posilňuje svaly, zmierňuje zápaly a pretvára biologické procesy spôsobujúce poškodenie kĺbov. Najsilnejšou liečbou nie je operácia ani lieky, ale práve cvičenie. Aeróbne cvičenia ako rýchla chôdza, jazda na bicykli alebo plávanie znižujú bolesť v krátkodobom aj strednodobom horizonte, zlepšujú chôdzu a kvalitu života.[1]</w:t>
      </w:r>
    </w:p>
    <w:p/>
    <w:p>
      <w:pPr>
        <w:jc w:val="center"/>
      </w:pPr>
      <w:r>
        <w:t>Vygenerované: 04.03.2026 23:01:58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