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Náhrada kolena: Aký regionálny blok bolesti je najlepší pre ambulantných pacientov?</w:t>
      </w:r>
    </w:p>
    <w:p>
      <w:r>
        <w:t>Zdroj: MedPage Today</w:t>
      </w:r>
    </w:p>
    <w:p>
      <w:r>
        <w:t>Publikované: Wed, 04 Mar 2026 14:30:20 -0500</w:t>
      </w:r>
    </w:p>
    <w:p/>
    <w:p>
      <w:pPr>
        <w:pStyle w:val="Heading1"/>
      </w:pPr>
      <w:r>
        <w:t>Súhrn</w:t>
      </w:r>
    </w:p>
    <w:p>
      <w:r>
        <w:t>Kontinuálny blok adduktorového kanála (CACB) bol v randomizovanej štúdii účinnejší ako konvenčný blok s jednou injekciou pri zmierňovaní bolesti u pacientov podstupujúcich totálnu náhradu kolena v ambulantnom režime. Štúdia sa uskutočnila na pacientoch, ktorí podstúpili túto operáciu. Výskumník prezentoval výsledky na stretnutí v New Orleans. CACB poskytol lepšiu kontrolu bolesti v porovnaní s jednorazovou injekciou. Štúdia bola randomizovaná. Informácie pochádzajú z MedPage Today.</w:t>
      </w:r>
    </w:p>
    <w:p/>
    <w:p>
      <w:pPr>
        <w:jc w:val="center"/>
      </w:pPr>
      <w:r>
        <w:t>Vygenerované: 04.03.2026 22:00:56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