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generický inhalátor Flovent pre astmu</w:t>
      </w:r>
    </w:p>
    <w:p>
      <w:r>
        <w:t>Zdroj: MedPage Today</w:t>
      </w:r>
    </w:p>
    <w:p>
      <w:r>
        <w:t>Publikované: Wed, 04 Mar 2026 13:12:14 -0500</w:t>
      </w:r>
    </w:p>
    <w:p/>
    <w:p>
      <w:pPr>
        <w:pStyle w:val="Heading1"/>
      </w:pPr>
      <w:r>
        <w:t>Súhrn</w:t>
      </w:r>
    </w:p>
    <w:p>
      <w:r>
        <w:t>FDA schválila generickú formu inhalačného aerosólu flutikazón propionátu (Flovent HFA) s dávkou 44 mikrogramov na aktiváciu.[1] Ide o prvý generický liek tohto typu určený na udržiavaciu liečbu astmy ako profylaktickú terapiu u pacientov starších ako 4 roky.[2][3] Flovent HFA nie je určený na liečbu akútnych astmatických záchvatov, ale na dlhodobú kontrolu ochorenia.[2][3] Liek je dostupný v troch dávkach: 44, 110 alebo 220 mikrogramov na aktiváciu.[2] Flovent HFA patrí do skupiny inhalačných kortikosteroidov a môže pomôcť pacientom, ktorí potrebujú perorálnu kortikosteroidnú liečbu, aby znížili alebo úplne eliminovali svoju závislosť od tejto liečby.[2] Medzi hlásené nežiaduce účinky patria infekcia ústnej dutiny a hltanu spôsobená Candida albicans, nevoľnosť, vracanie a bolesť kĺbov.[2][3]</w:t>
      </w:r>
    </w:p>
    <w:p/>
    <w:p>
      <w:pPr>
        <w:jc w:val="center"/>
      </w:pPr>
      <w:r>
        <w:t>Vygenerované: 04.03.2026 21:01:00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