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Čile sa stáva prvou krajinou v Amerike, ktorú WHO overila na odstránenie lepry</w:t>
      </w:r>
    </w:p>
    <w:p>
      <w:r>
        <w:t>Zdroj: WHO News</w:t>
      </w:r>
    </w:p>
    <w:p>
      <w:r>
        <w:t>Publikované: Wed, 04 Mar 2026 14:57:17 Z</w:t>
      </w:r>
    </w:p>
    <w:p/>
    <w:p>
      <w:pPr>
        <w:pStyle w:val="Heading1"/>
      </w:pPr>
      <w:r>
        <w:t>Súhrn</w:t>
      </w:r>
    </w:p>
    <w:p>
      <w:r>
        <w:t>Svetová zdravotnícka organizácia (WHO) spolu s Panamerickou zdravotníckou organizáciou (PAHO) oficiálne overili Čile ako prvú krajinu v Amerike, ktorá odstránila lepru.[1][2] Čile sa tak stalo druhou krajinou na svete, ktorá dosiahla tento míľnik v boji proti tejto chorobe.[2] Lepra, známa aj ako Hansenova choroba, bola v Čile истrebovaná po desaťročiach intenzívneho úsilia.[2] Eliminácia lepry predstavuje významný úspech v oblasti verejného zdravia a kontroly infekčných chorôb.[1] Tento úspech Čile demonštruje efektívnosť koordinovaných zdravotníckych opatrení a dlhodobého záväzku k odstráneniu tejto negligenčnej tropickej choroby v regióne Ameriky.[1]</w:t>
      </w:r>
    </w:p>
    <w:p/>
    <w:p>
      <w:pPr>
        <w:jc w:val="center"/>
      </w:pPr>
      <w:r>
        <w:t>Vygenerované: 04.03.2026 21:00:43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