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Jednoduchá fotografia ruky môže byť kľúčom k odhaleniu vážneho ochorenia</w:t>
      </w:r>
    </w:p>
    <w:p>
      <w:r>
        <w:t>Zdroj: ScienceDaily Health</w:t>
      </w:r>
    </w:p>
    <w:p>
      <w:r>
        <w:t>Publikované: Wed, 04 Mar 2026 11:59:51 EST</w:t>
      </w:r>
    </w:p>
    <w:p/>
    <w:p>
      <w:pPr>
        <w:pStyle w:val="Heading1"/>
      </w:pPr>
      <w:r>
        <w:t>Súhrn</w:t>
      </w:r>
    </w:p>
    <w:p>
      <w:r>
        <w:t>Vedci z Kobe University vyvinuli AI model, ktorý dokáže odhaliť akromegáliu – vzácnu hormonálnu poruchu – analýzou fotografií chrbta ruky a zovretej päste.[1] Akromegália je ochorenie spôsobené nadprodukcióu rastového hormónu, ktoré spôsobuje zväčšenie rúk, nôh a zmeny na tvári, a ak sa neliečí, môže skrátiť dĺžku života o približne 10 rokov.[1] Výskumný tím sa rozhodol zamerať sa na ruky namiesto tváre, aby riešil obavy o súkromie, keďže väčšina existujúcich AI systémov sa spolieha na fotografie tváre.[1] Na vývoj a overenie modelu použili viac ako 11 000 fotografií od 725 pacientov z 15 zdravotníckych zariadení v Japonsku.[1] AI model dosiahol veľmi vysokú citlivosť a špecifickosť a prekonala dokonca aj skúsených endokrinológov pri hodnotení tých istých fotografií.[1] Tento prístup je praktickejší na skríning ochorenia, pretože nevyžaduje analýzu tvárových čŕt a môže pomôcť vytvoriť efektívnejšie systémy odkazovania pacientov a znížiť zdravotnícke rozdiely v komunite.[1]</w:t>
      </w:r>
    </w:p>
    <w:p/>
    <w:p>
      <w:pPr>
        <w:jc w:val="center"/>
      </w:pPr>
      <w:r>
        <w:t>Vygenerované: 04.03.2026 20:01:18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