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Prichádza RFK Jr. pre tvojho Dunkina?</w:t>
      </w:r>
    </w:p>
    <w:p>
      <w:r>
        <w:t>Zdroj: STAT News</w:t>
      </w:r>
    </w:p>
    <w:p>
      <w:r>
        <w:t>Publikované: Wed, 04 Mar 2026 16:44:09 +0000</w:t>
      </w:r>
    </w:p>
    <w:p/>
    <w:p>
      <w:pPr>
        <w:pStyle w:val="Heading1"/>
      </w:pPr>
      <w:r>
        <w:t>Súhrn</w:t>
      </w:r>
    </w:p>
    <w:p>
      <w:r>
        <w:t>Robert F. Kennedy Jr., minister zdravotníctva HHS, oznámil prezidentovi, že aktualizované stravovacie odporúčania, ktoré mali byť hotové koncom roka 2025, doručí predčasne do konca leta.[1] Tieto odporúčania boli vydané 7. januára a mali byť bez vplyvu priemyslu a konfliktov záujmov.[1] Proces tvorby bol uponáhľaný a zahŕňal výskumníkov s finančnými väzbami na priemyselné skupiny.[1] Kennedy zdôraznil zmenu federálnych nákupov potravín, keď USDA vynakladá 405 miliónov dolárov denne na školské obedy, programy Head Start, WIC, SNAP a ďalšie.[2] Navrhuje odstrániť syntetické farbivá z potravín, označenie ultra-spracovaných potravín (UPF) na baleniach a novú potravinovú pyramídu s mäsom a plnotučným mliekom na vrchole.[2][3] Šesťdesiat percent školských jedál je aktuálne ultra-spracovaných potravín.[2] Kennedy plánuje konať na petícii Davida Kesslera proti ultra-spracovaným potravinám.[4]</w:t>
      </w:r>
    </w:p>
    <w:p/>
    <w:p>
      <w:pPr>
        <w:jc w:val="center"/>
      </w:pPr>
      <w:r>
        <w:t>Vygenerované: 04.03.2026 18:00:49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