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Vodič sanitky sondovaný po 5 úmrtiach; Rakovina Brucea Campbella; Upkódovanie nemocníc?</w:t>
      </w:r>
    </w:p>
    <w:p>
      <w:r>
        <w:t>Zdroj: MedPage Today</w:t>
      </w:r>
    </w:p>
    <w:p>
      <w:r>
        <w:t>Publikované: Wed, 04 Mar 2026 09:29:20 -0500</w:t>
      </w:r>
    </w:p>
    <w:p/>
    <w:p>
      <w:pPr>
        <w:pStyle w:val="Heading1"/>
      </w:pPr>
      <w:r>
        <w:t>Súhrn</w:t>
      </w:r>
    </w:p>
    <w:p>
      <w:r>
        <w:t>V Taliansku vyšetrujú 27-ročného vodiča sanitky pre podozrenie z vraždy piatich pacientov, ktorí zomreli počas prevozu sanitkou alebo krátko po ňom. Prípad uvádza MedPage Today s odkazom na The Guardian. Článok spomína aj rakovinu herca Brucea Campbella. Tretím témou je údajné upkódovanie diagnóz v nemocniciach. Niektoré odkazy v článku môžu vyžadovať registráciu alebo predplatné.</w:t>
      </w:r>
    </w:p>
    <w:p/>
    <w:p>
      <w:pPr>
        <w:jc w:val="center"/>
      </w:pPr>
      <w:r>
        <w:t>Vygenerované: 04.03.2026 17:01:00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