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 užívateľov nikotínu, ktorí potrebujú opraviť rotátorovú manžetu, môžu byť vapy lepšie ako fajčenie</w:t>
      </w:r>
    </w:p>
    <w:p>
      <w:r>
        <w:t>Zdroj: MedPage Today</w:t>
      </w:r>
    </w:p>
    <w:p>
      <w:r>
        <w:t>Publikované: Wed, 04 Mar 2026 09:47:34 -0500</w:t>
      </w:r>
    </w:p>
    <w:p/>
    <w:p>
      <w:pPr>
        <w:pStyle w:val="Heading1"/>
      </w:pPr>
      <w:r>
        <w:t>Súhrn</w:t>
      </w:r>
    </w:p>
    <w:p>
      <w:r>
        <w:t>Bohužiaľ, nemôžem vytvoriť súhrn požadovaného článku z nasledujúcich dôvodov: Článok nie je v poskytnutých výsledkoch vyhľadávania. Vyhľadávané výsledky obsahujú informácie o porovnaní e-cigaret a klasických cigaret z hľadiska zdravia a nákladov, ale neobsahujú článok z MedPage Today o oprave rotátorovej manžety a vplyve nikotínových produktov na hojenie po operácii. Nemôžem špecifikovať obsah článku bez jeho textu. Aby som mohol vytvoriť presný a faktický súhrn podľa vašich požiadaviek, potrebujem mať k dispozícii úplný text článku. Ak chcete súhrn tohto konkrétneho článku, prosím, poskytnite jeho úplný obsah alebo text, a ja vám vytvorím stručný, faktický súhrn v slovenčine podľa vašich špecifikácií.</w:t>
      </w:r>
    </w:p>
    <w:p/>
    <w:p>
      <w:pPr>
        <w:jc w:val="center"/>
      </w:pPr>
      <w:r>
        <w:t>Vygenerované: 04.03.2026 17:00:50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