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Štúdia varuje, že AI pre zdravie ChatGPT má nebezpečné chyby</w:t>
      </w:r>
    </w:p>
    <w:p>
      <w:r>
        <w:t>Zdroj: BMJ</w:t>
      </w:r>
    </w:p>
    <w:p>
      <w:r>
        <w:t>Publikované: 2026-03-04T06:31:08-08:00</w:t>
      </w:r>
    </w:p>
    <w:p/>
    <w:p>
      <w:pPr>
        <w:pStyle w:val="Heading1"/>
      </w:pPr>
      <w:r>
        <w:t>Súhrn</w:t>
      </w:r>
    </w:p>
    <w:p>
      <w:r>
        <w:t>Štúdia publikovaná v Nature Medicine varuje pred nebezpečnými nedostatkami ChatGPT Health, špeciálne vyškolenej umelej inteligencie OpenAI pre zdravotné rady. Výskumníci testovali chatbot na 60 klinických scenároch v 21 špecializáciách, pričom každý scenár spustili 16-krát za rôznych podmienok, vrátane rasy pacienta, pohlavia, laboratórnych výsledkov, minimalizácie symptómov či starostlivosti o deti bez možnosti návštevy lekára. Zistili problémy s presnosťou, bezpečnosťou a rasovou zaujatou. ChatGPT Health je najspoľahlivejší pri klinických rozhodnutiach s najmenšími dôsledkami a najmenej spoľahlivý tam, kde na ňom najviac záleží. Napríklad označil ťažkú exacerbáciu astmy za „stredné vzplanutie“ a v 81 % pokusov odporučil urgentnú starostlivosť namiesto pohotovosti.</w:t>
      </w:r>
    </w:p>
    <w:p/>
    <w:p>
      <w:pPr>
        <w:jc w:val="center"/>
      </w:pPr>
      <w:r>
        <w:t>Vygenerované: 04.03.2026 17:00:39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