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varuje viac telehealth firiem pred zloženými GLP-1</w:t>
      </w:r>
    </w:p>
    <w:p>
      <w:r>
        <w:t>Zdroj: STAT News</w:t>
      </w:r>
    </w:p>
    <w:p>
      <w:r>
        <w:t>Publikované: Wed, 04 Mar 2026 14:44:42 +0000</w:t>
      </w:r>
    </w:p>
    <w:p/>
    <w:p>
      <w:pPr>
        <w:pStyle w:val="Heading1"/>
      </w:pPr>
      <w:r>
        <w:t>Súhrn</w:t>
      </w:r>
    </w:p>
    <w:p>
      <w:r>
        <w:t>Americká agentúra FDA (Úrad pre kontrolu potravín a liekov) varuje telehealth firmy pred zavádzajúcou propagáciou zložených GLP-1 liekov na chudnutie.[1][3] FDA poslala desiatky varovných listov spoločnostiam, ktoré tvrdia, že ich zložené produkty sú rovnaké ako schválené lieky od FDA alebo že obsahujú rovnaký účinný liek.[1][3] Tieto firmy, vrátane spoločnosti Hims &amp; Hers a ďalších lekární, počas niekoľkých rokov vybudovali veľké biznisy ponúkaním zložených verzií populárnych GLP-1 liekov, keď boli značkové verzie nedostupné.[1] FDA zdôrazňuje, že nemôže overiť kvalitu, bezpečnosť a účinnosť neSchválených zložených liekov.[3] Spoločnosti nesmú tvrdiť, že neSchválené zložené produkty sú generické verzie alebo že sú klinicky preukázané na liečbu pacientov.[3] FDA plánuje použiť všetky dostupné nástroje na vymáhanie práva, vrátane možnosti zabavenia liekov a súdneho zákazu predaja.[3]</w:t>
      </w:r>
    </w:p>
    <w:p/>
    <w:p>
      <w:pPr>
        <w:jc w:val="center"/>
      </w:pPr>
      <w:r>
        <w:t>Vygenerované: 04.03.2026 16:01:06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