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Posun pre idiopatický normálnotlakový hydrocefalus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Štúdia publikovaná v New England Journal of Medicine skúma účinnosť shuntovej operácie pri idiopatickom normálnotlakovom hydrocefale (iNPH) u starších dospelých. Pacienti boli náhodne rozdelení do skupiny s otvoreným shuntom (tlak 110 mm H₂O, umožňujúci odtok mozgovej miechovej tekutiny) a placebovej skupiny (tlak nad 400 mm H₂O, brániaci odtok). Otvorený shunt významne zlepšil chôdzu, rovnováhu a znížil počet pádov – len 25 % pacientov v tejto skupine hlásilo pád oproti 46 % v placebovej skupine.[1][2] Obrazové vyšetrenia potvrdili zníženie objemu laterálnych komôr mozgu v skupine s otvoreným shuntom.[2] Placebová skupina mala viac pádov, zatiaľ čo skupina s otvoreným shuntom vykazovala vyššie riziko mozgového alebo subdurálneho krvácania (14 % vs. 4 %) a pozičných bolestí hlavy (59 % vs. 28 %).[2] Väčšina komplikácií sa dala vyriešiť úpravou nastavenia shuntu.[2] Štúdia PENS bude pokračovať sledovaním pacientov do 12 mesiacov na posúdenie dlhodobých výsledkov vrátane kognitívnych funkcií.[1][2] iNPH postihuje až 1,5 % ľudí koncom 60. rokov a 1 z 13 nad 86 rokov, s príznakmi ako poruchy chôdze, pamäti a inkontinencia moču.[1]</w:t>
      </w:r>
    </w:p>
    <w:p/>
    <w:p>
      <w:pPr>
        <w:jc w:val="center"/>
      </w:pPr>
      <w:r>
        <w:t>Vygenerované: 05.03.2026 11:01:48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