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Neoadjuvantný GOLP pri resekovateľnom vysokorizikovom intrahepatickom cholangiokarcinóme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Štúdia skúmala neoadjuvantnú liečbu GOLP (gemcitabín, oxaliplatina, L-asparagináza a poly I:C) u pacientov s resekabilným vysokorizikovým intrahepatickým cholangiokarcinómom (iCCA). Liečba sa podávala pred operáciou na zníženie rizika recidívy. Výsledky ukázali nižšie percento resekcií s pozitívnymi okrajmi nádoru oproti štandardnej starostlivosti. Pozitívne okraje znamenajú, že pri operácii zostali nádorové bunky na okraji odstráneného tkaniva. Štúdia bola publikovaná v New England Journal of Medicine (zväzok 394, číslo 10, strany 983-995). Tieto zistenia naznačujú potenciál neoadjuvantnej chemoterapie pri zlepšení chirurgických výsledkov u iCCA. Štúdia zdôrazňuje potrebu ďalších výskumov na potvrdenie dlhodobých prínosov.[1]</w:t>
      </w:r>
    </w:p>
    <w:p/>
    <w:p>
      <w:pPr>
        <w:jc w:val="center"/>
      </w:pPr>
      <w:r>
        <w:t>Vygenerované: 05.03.2026 11:00:59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