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Extrakorporálna membránová oxygenácia s duálnym lúmenom na jednom mieste u pacienta so syndrómom akútnej respiračnej tiesne spojenou so SARS-CoV-2: kazuistika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Kazuistika popisuje úspešnú liečbu kriticky chorého staršieho pacienta s ťažkým syndrómom akútnej respiračnej tiesne (ARDS) spôsobeným SARS-CoV-2 pomocou veno-venóznej extrakorporálnej membránovej oxygenácie (VV-ECMO) s jednomiestnou kanylou s dvojitým lúmenom (SDLC), vloženou cez pravú vnútornú jugulárnu žilu. Táto kanyla umožnila neobmedzený prístup k dolným končatinám, čím podporila včasnú fyzioterapiu a skorú mobilizáciu na zachovanie svalových a mozgových funkcií. Jediné miesto vpichu znížilo riziko infekcie a zjednodušilo starostlivosť oproti viacerým kanylám. Strategický prístup zahŕňal ECMO v bdelom stave s ultraochrannou ventiláciou na podporu pľúcneho náboru a spontívneho dýchania, s monitorovaním rizika poranenia pľúc pacientom (P-SILI). Umiestnenie kanyly riadila transezofageálna echokardiografia v reálnom čase na zabránenie recirkulácie alebo poškodenia srdca, hoci si vyžadovalo intenzívnejšiu antikoaguláciu a riziko krvácania. Napriek vysokej predpovedanej úmrtnosti podľa prognostických skóre pacient dosiahol priaznivý výsledok. Táto triáda – SDLC VV-ECMO, bdelosť a včasná rehabilitácia – je vhodná pre vybraných pacientov s predĺženou podporou v odborných centrách.</w:t>
      </w:r>
    </w:p>
    <w:p/>
    <w:p>
      <w:pPr>
        <w:jc w:val="center"/>
      </w:pPr>
      <w:r>
        <w:t>Vygenerované: 04.03.2026 09:01:19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