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Stav implementácie a stratégie zlepšovania kvality systému evidencie záznamov pre inštitúcie klinického skúšania liekov v provincii Sichuan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Štúdia analyzuje stav implementácie systému evidencie záznamov pre inštitúcie klinického skúšania liekov v provincii Sichuan a navrhuje stratégie zlepšenia kvality. K 9. septembru 2025 mala Čína 1 803 registrovaných inštitúcií GCP, pričom Sichuan je na 7. mieste s 88 inštitúciami. Distribúcia v provincii je nerovnomerná s HHI 0,25, kde Chengdu tvorí 50 % (44 inštitúcií), zatiaľ čo v západnom a severovýchodnom Sichuan je pokrytie pod 30 %. V odboroch dominuje vnútorné lekárstvo (57 inštitúcií, 64,77 %), jednotky klinického výskumu I. fázy má 22 inštitúcií. Registrovaných hlavných výskumníkov (PI) je 1 424, ale len 32,7 % pochádza z inštitúcií mimo Chengdu. Piata ľudová nemocnica v Chengdu uskutočnila 203 projektov vrátane 26 skúšok bioekvivalencie. Systém rozšíril zdroje klinických skúšok, no pretrvávajú regionálne rozdiely, suboptimálne špecializácie a nedostatky v kvalite.</w:t>
      </w:r>
    </w:p>
    <w:p/>
    <w:p>
      <w:pPr>
        <w:jc w:val="center"/>
      </w:pPr>
      <w:r>
        <w:t>Vygenerované: 04.03.2026 07:03:07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