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Šikanovanie medzi študentmi medicíny: prevalencia, determinanty a dôsledky pre vzdelávacie prostredie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šikanovanie medzi študentmi medicíny na univerzite na Blízkom východe prostredníctvom prierezového online prieskumu s 288 účastníkmi od októbra do decembra 2024. Prevalencia šikanovania bola 11,5 % (95 % IS: 8,0–15,7). Najčastejšími páchateľmi boli spolužiaci (87,9 %) a prevládala verbálna šikana (90,9 %), ktorá sa najčastejšie vyskytovala v triede. Vnímanými spúšťačmi boli vzhľad a osobné charakteristiky. Dôsledky zahŕňali odpojenie od vzdelávacích aktivít (42,4 %) a zlú náladu (30,3 %). Binárna logistická regresia ukázala súvislosť medzi používaním osobných mobilných údajov a vystavením šikanovaniu (OR = 0,387, 95 % CI: 0,159–0,944, p = 0,04). Výsledky poskytujú dôkazy pre stratégie prevencie, mechanizmy podávania správ a podporné iniciatívy na bezpečnejšie vzdelávacie prostredie.</w:t>
      </w:r>
    </w:p>
    <w:p/>
    <w:p>
      <w:pPr>
        <w:jc w:val="center"/>
      </w:pPr>
      <w:r>
        <w:t>Vygenerované: 04.03.2026 07:02:40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