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Klinické charakteristiky a prognostické faktory infekcie Clostridium perfringens komplikované masívnou intravaskulárnou hemolýzou u pacientov s hematologickými ochoreniami: retrospektívna štúdia prípadovej štúdie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Clostridium perfringens (CP) je anaeróbna baktéria, ktorá v zriedkavých prípadoch u pacientov s hematologickými ochoreniami spôsobuje fatálnu masívnu intravaskulárnu hemolýzu (MIH) s vysokou úmrtnosťou. Retrospektívna štúdia analyzovala 23 prípadov, z toho 60,8 % mužov s priemerným vekom 45,87 ± 17,94 rokov. Všetci pacienti mali horúčku, 69,5 % hematúriu, 78,2 % šok a 60,8 % zmenený mentálny stav (AMS). Celková úmrtnosť dosiahla 73,9 %, s mediánom prežitia 13,5 (6–24) hodín u zomrelých. AMS sa ukázala ako nezávislý rizikový faktor mortality (OR = 14,03, 95 % CI: 1,19–165,08, p = 0,036). Patogénna kaskáda je spôsobená synergickým pôsobením a-toxínu a θ-toxínu, vedúcim k hemolýze a poškodeniu orgánov. Odporúča sa okamžitá antibiotická terapia (penicilín s klindamycínom) spolu s podpornou intenzívnou starostlivosťou.</w:t>
      </w:r>
    </w:p>
    <w:p/>
    <w:p>
      <w:pPr>
        <w:jc w:val="center"/>
      </w:pPr>
      <w:r>
        <w:t>Vygenerované: 04.03.2026 07:02:31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