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Absces pečene ako komplikácia akútnej lymskej boreliózy: kazuistika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Pacient mal akútnu lymskú boreliózu, pri ktorej sa pri vyšetrení abnormálnych pečeňových testov zistil pečeňový absces. Osm mesiacov predtým absolvoval ultrazvuk pečene kvôli podozreniu na brušnú aneuryzmu a absces nebol prítomný. Žiadna iná príčina pečeňového abscesu sa nenašla. Absces vznikol ako komplikácia akútnej lymskej boreliózy. Po liečbe sa absces vyliečil súčasne s antibiotickou terapiou boreliózy. Ide o kazuistiku, ktorá popisuje tento vzácny prípad.</w:t>
      </w:r>
    </w:p>
    <w:p/>
    <w:p>
      <w:pPr>
        <w:jc w:val="center"/>
      </w:pPr>
      <w:r>
        <w:t>Vygenerované: 04.03.2026 07:01:56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