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Smrteľná infekcia Streptococcus pyogenes sekundárna k uzavretej zlomenine stehennej kosti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Pacient utrpel uzavretú zlomeninu horného segmentu ľavej stehennej kosti po dopravnej nehode a pred 10 dňami mal akútnu faryngitídu. Na druhý deň po prijatí sa objavila horúčka 38,5–38,8 °C, na tretí deň rýchly opuch, silná bolesť, horúčka 40,1 °C, tachypnoe, tachykardia, škvrnitá vyrážka, hypotenzia, oligúria a vzostup kreatinínu. Urgentná fasciotómia odhalila tmavočervené a neživotaschopné stehenné svalstvo, nasledoval debridement nekrotického tkaniva. Vyvinula sa dysfunkcia viacerých orgánov s vysokými zápalovými markermi, preto sa vykonala amputácia stehna. Kultúry rany, krvi a NGS sekvenovanie potvrdili infekciu Streptococcus pyogenes. Pacient absolvoval opakované debridementy, citlivú antibiotickú terapiu, tekutinovú resuscitáciu a podporu orgánov, čím sa stav zlepšil. Prípad ukazuje zriedkavosť invazívnej infekcie S. pyogenes pri uzavretých zlomeninách a potrebu včasnej chirurgickej intervencie s multidisciplinárnou starostlivosťou.</w:t>
      </w:r>
    </w:p>
    <w:p/>
    <w:p>
      <w:pPr>
        <w:jc w:val="center"/>
      </w:pPr>
      <w:r>
        <w:t>Vygenerované: 04.03.2026 07:01:36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