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Milióny ľudí užívajú aspirín na prevenciu rakoviny hrubého čreva. Hlavná recenzia hovorí, že s tým nepočítajte</w:t>
      </w:r>
    </w:p>
    <w:p>
      <w:r>
        <w:t>Zdroj: ScienceDaily Health</w:t>
      </w:r>
    </w:p>
    <w:p>
      <w:r>
        <w:t>Publikované: Wed, 04 Mar 2026 18:12:30 EST</w:t>
      </w:r>
    </w:p>
    <w:p/>
    <w:p>
      <w:pPr>
        <w:pStyle w:val="Heading1"/>
      </w:pPr>
      <w:r>
        <w:t>Súhrn</w:t>
      </w:r>
    </w:p>
    <w:p>
      <w:r>
        <w:t>Milióny ľudí užívajú aspirín na prevenciu rakoviny hrubého čreva. Veľký nový prehľad však konštatuje, že denný aspirín spoľahlivo nezabráni rakovine čriev u ľudí s priemerným rizikom. Potenciálny ochranný účinok sa môže objaviť až po viac ako desiatich rokoch, ak vôbec. Dôkazy o tomto prínose sú slabé. Naopak, riziko vážneho krvácania začína okamžite, dokonca aj pri nízkych dávkach aspirínu. Odborníci zdôrazňujú, že rozhodnutia o prevencii by mali byť individuálne, nie automatické.</w:t>
      </w:r>
    </w:p>
    <w:p/>
    <w:p>
      <w:pPr>
        <w:jc w:val="center"/>
      </w:pPr>
      <w:r>
        <w:t>Vygenerované: 05.03.2026 07:01:03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