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Terapia imunitných buniek novej generácie pre rakovinu pľúc: pokroky v stratégiách CAR-T, NK a TIL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Rakovina pľúc zostáva celosvetovo hlavnou príčinou smrti súvisiacej s rakovinou, pričom súčasné terapie ponúkajú obmedzený prínos pre pacientov s pokročilým ochorením. Väčšina pacientov na inhibítory imunitného kontrolného bodu a cielené terapie buď nereaguje, alebo si vytvoria získanú rezistenciu. Terapie imunitných buniek novej generácie – CAR-T bunky, CAR-NK bunky a tumor-infiltrujúce lymfocyty (TIL) – predstavujú sľubný prístup pre pacientov s rakovinou pľúc, ktorá je odolná voči konvenčnej liečbe. Tieto terapie využívajú vlastný imunitný systém pacienta alebo upravené imunitné bunky na priame rozpoznanie a elimináciu rakovinových buniek a potenciálne prekonávajú imunosupresívne prostredie nádoru. Kľúčové výzvy zahŕňajú heterogenitu nádorového antigénu, imunitnú supresiu, obmedzenú trvanlivosť terapie a možné vedľajšie účinky mimo nádoru. Vznikajúce stratégie na zlepšenie účinnosti zahŕňajú zacielenie na viacero antigénov, kombináciu s inhibíciou kontrolných bodov a regionálne dodávanie liekov. Tieto terapie imunitných buniek novej generácie predstavujú rýchlo sa vyvíjajúci prístup, ktorý môže rozšíriť terapeutické možnosti a zlepšiť prežitie pacientov s rakovinou pľúc.</w:t>
      </w:r>
    </w:p>
    <w:p/>
    <w:p>
      <w:pPr>
        <w:jc w:val="center"/>
      </w:pPr>
      <w:r>
        <w:t>Vygenerované: 04.03.2026 07:01:02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