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Mapovanie intelektuálnej krajiny a nových trendov výskumu retinitis pigmentosa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Bibliometrická analýza 8 121 publikácií o retinitis pigmentosa (RP) z databáz Web of Science a PubMed identifikovala štyri hlavné vývojové štádiá: skorá epidemiologická charakterizácia, základný genetický výskum, prechod ku klinickým skúškam a nedávna terapeutická inovácia. Počiatočné štúdie sa zameriavali na mechanizmy ochorenia, zatiaľ čo súčasný výskum je orientovaný najmä na liečbu. Oblasť sa stáva interdisciplinárnejšou s prepojeniami genetiky, bioinžinierstva, nanomedicíny a diagnostiky založenej na umelej inteligencii. Analýza kľúčových slov ukázala trvalý záujem do roku 2024 o témy ako optická koherentná tomografická angiografia, organoid sietnice a bunková smrť. Génová terapia a oxidačný stres patria medzi vysoko aktívne a rýchlo sa rozvíjajúce výskumné témy. Výskum RP rýchlo napreduje s dôrazom na terapeutické stratégie, kde génová terapia a intervencie založené na antioxidantoch vykazujú silný potenciál, najmä v kombinácii.</w:t>
      </w:r>
    </w:p>
    <w:p/>
    <w:p>
      <w:pPr>
        <w:jc w:val="center"/>
      </w:pPr>
      <w:r>
        <w:t>Vygenerované: 04.03.2026 07:00:53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