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Synergická eradikácia endokarditídy protetickej chlopne Candida albicans s lipozomálnym amfotericínom B a vysokou dávkou kaspofungínu: kazuistika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U 58-ročnej ženy bola diagnostikovaná endokarditída protetickej mitrálnej chlopne spôsobená Candida albicans jeden rok po operácii náhrady chlopne kvôli závažnej regurgitácii. Diagnózu potvrdili recidivujúca horúčka, pozitívne hemokultúry a echokardiografické vegetácie. Izolát bol citlivý na amfotericín B, azoly a echinokandíny. Pacientka spĺňala kritériá na chirurgickú reoperáciu, no odmietla ju. Ako záchrannú liečbu dostala lipozomálny amfotericín B v kombinácii s vysokou dávkou kaspofungínu, čo viedlo k ústupu príznakov a regresii vegetácií na kontrolnom zobrazení. Pacientka bola prepustená na celoživotnú supresívnu antimykotickú liečbu podľa profilu citlivosti.</w:t>
      </w:r>
    </w:p>
    <w:p/>
    <w:p>
      <w:pPr>
        <w:jc w:val="center"/>
      </w:pPr>
      <w:r>
        <w:t>Vygenerované: 04.03.2026 07:00:43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