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Lieky na chudnutie podobné ozempicu môžu pomôcť srdcu zotaviť sa po infarkte</w:t>
      </w:r>
    </w:p>
    <w:p>
      <w:r>
        <w:t>Zdroj: ScienceDaily Health</w:t>
      </w:r>
    </w:p>
    <w:p>
      <w:r>
        <w:t>Publikované: Wed, 04 Mar 2026 20:09:30 EST</w:t>
      </w:r>
    </w:p>
    <w:p/>
    <w:p>
      <w:pPr>
        <w:pStyle w:val="Heading1"/>
      </w:pPr>
      <w:r>
        <w:t>Súhrn</w:t>
      </w:r>
    </w:p>
    <w:p>
      <w:r>
        <w:t>Lieky na chudnutie podobné Ozempicu, ako sú Ozempic, Wegovy a Mounjaro, patria do skupiny GLP-1 agonistov. Nový výskum naznačuje, že tieto lieky môžu pomôcť srdcu zotaviť sa po srdcovom infarkte. Podporujú obnovenie prietoku krvi v malých krvných cievach, ktoré často zostávajú zablokované aj po znovuotvorení hlavnej tepny lekármi. Tieto lieky tak chránia srdce navyše k ich účinku na chudnutie. Štúdie ukazujú, že semaglutid znižuje riziko kardiovaskulárnych príhod o 20 %, infarktu o 28 % a mozgovej príhody o 7 %.[1] Liečba semaglutidom zlepšuje aj príznaky srdcového zlyhania a fyzickú kondíciu u pacientov s obezitou.[1]</w:t>
      </w:r>
    </w:p>
    <w:p/>
    <w:p>
      <w:pPr>
        <w:jc w:val="center"/>
      </w:pPr>
      <w:r>
        <w:t>Vygenerované: 05.03.2026 07:00:33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