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STAT+: RFK Jr. má široké rozhodovanie pri výbere dôkazov na podporu rozhodnutí o očkovaní, tvrdí DOJ</w:t>
      </w:r>
    </w:p>
    <w:p>
      <w:r>
        <w:t>Zdroj: STAT News</w:t>
      </w:r>
    </w:p>
    <w:p>
      <w:r>
        <w:t>Publikované: Wed, 04 Mar 2026 23:09:10 +0000</w:t>
      </w:r>
    </w:p>
    <w:p/>
    <w:p>
      <w:pPr>
        <w:pStyle w:val="Heading1"/>
      </w:pPr>
      <w:r>
        <w:t>Súhrn</w:t>
      </w:r>
    </w:p>
    <w:p>
      <w:r>
        <w:t>Právnik ministerstva spravodlivosti USA tvrdí, že tajomník HHS má širokú právomoc vydávať usmernenia o očkovaní. Má diskrečné právo vybrať si, aké dôkazy zváži pri rozhodnutiach o vakcínach. Tieto argumenty DOJ predložilo v súvislosti s Robertom F. Kennedym Jr. ako ministrom zdravotníctva. Široká diskrecia umožňuje tajomníkovi HHS rozhodovať o dôkazoch na podporu očkovacích politík. Článok neuvádza žiadne štatistiky ani hlavné zistenia štúdie.</w:t>
      </w:r>
    </w:p>
    <w:p/>
    <w:p>
      <w:pPr>
        <w:jc w:val="center"/>
      </w:pPr>
      <w:r>
        <w:t>Vygenerované: 05.03.2026 01:00:43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