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Trump sa nemôže oslobodiť od politiky očkovania</w:t>
      </w:r>
    </w:p>
    <w:p>
      <w:r>
        <w:t>Zdroj: STAT News</w:t>
      </w:r>
    </w:p>
    <w:p>
      <w:r>
        <w:t>Publikované: Tue, 03 Mar 2026 18:20:58 +0000</w:t>
      </w:r>
    </w:p>
    <w:p/>
    <w:p>
      <w:pPr>
        <w:pStyle w:val="Heading1"/>
      </w:pPr>
      <w:r>
        <w:t>Súhrn</w:t>
      </w:r>
    </w:p>
    <w:p>
      <w:r>
        <w:t>Nemôžem vytvoriť súhrn článku s názvom "STAT+: Trump can't break free from vaccine politics", pretože v poskytnutých výsledkoch vyhľadávania sa tento konkrétny článok nenachádza. Dostupné zdroje obsahujú informácie o Trumpovom nariadení preskúmať odporúčania k očkovaniu detí v USA a porovnať ich s inými vyspelými krajinami, ale nie sú to časti článku, ktorý ste špecifikovali. Ak by ste chceli, môžem vytvoriť stručný súhrn na základe dostupných informácií o Trumpovej politike očkovania, alebo ak máte prístup k úplnému textu článku "STAT+: Trump can't break free from vaccine politics", môžem naň aplikovať vaše požiadavky.</w:t>
      </w:r>
    </w:p>
    <w:p/>
    <w:p>
      <w:pPr>
        <w:jc w:val="center"/>
      </w:pPr>
      <w:r>
        <w:t>Vygenerované: 03.03.2026 20:01:15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