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 rámci vzostupu hnutia „Make Europe Healthy Again“.</w:t>
      </w:r>
    </w:p>
    <w:p>
      <w:r>
        <w:t>Zdroj: STAT News</w:t>
      </w:r>
    </w:p>
    <w:p>
      <w:r>
        <w:t>Publikované: Tue, 03 Mar 2026 14:07:14 +0000</w:t>
      </w:r>
    </w:p>
    <w:p/>
    <w:p>
      <w:pPr>
        <w:pStyle w:val="Heading1"/>
      </w:pPr>
      <w:r>
        <w:t>Súhrn</w:t>
      </w:r>
    </w:p>
    <w:p>
      <w:r>
        <w:t>Hnutie „Make Europe Healthy Again“ (MEHA) vzniklo ako iniciatíva na zlepšenie zdravia v Európe.[1] Jeho zakladateľkou a prezidentkou je Dr. Maria Hubmer-Mogg.[1] Dr. Maria Hubmer-Mogg je známa ako aktivistka proti vakcínam.[1] Zároveň je politikou krajnej pravice v Rakúsku.[1] Hnutie sa spája s odporom voči európskym politikám v oblasti zdravia.[1] Spustenie hnutia bolo ovplyvnené anti-vaxxerskými kruhmi.[1]</w:t>
      </w:r>
    </w:p>
    <w:p/>
    <w:p>
      <w:pPr>
        <w:jc w:val="center"/>
      </w:pPr>
      <w:r>
        <w:t>Vygenerované: 03.03.2026 16:03:53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